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A928A" w14:textId="77777777" w:rsidR="009B51D2" w:rsidRDefault="00000000">
      <w:pPr>
        <w:pStyle w:val="Micro"/>
      </w:pPr>
      <w:r>
        <w:t>JSTA FORM 10  /  VERSION 1.0  /  21 OCTOBER 2026</w:t>
      </w:r>
    </w:p>
    <w:p w14:paraId="31B4AA40" w14:textId="77777777" w:rsidR="009B51D2" w:rsidRDefault="00000000">
      <w:pPr>
        <w:pStyle w:val="KonuBal"/>
      </w:pPr>
      <w:r>
        <w:t>Authorship Change Request</w:t>
      </w:r>
    </w:p>
    <w:p w14:paraId="7AF42539" w14:textId="77777777" w:rsidR="009B51D2" w:rsidRDefault="00000000">
      <w:pPr>
        <w:pStyle w:val="Small"/>
      </w:pPr>
      <w:r>
        <w:t>Confidential editorial request  /  No change is effective until editorial approval</w:t>
      </w:r>
    </w:p>
    <w:p w14:paraId="034502F5" w14:textId="77777777" w:rsidR="009B51D2" w:rsidRDefault="00000000">
      <w:pPr>
        <w:pStyle w:val="Field"/>
      </w:pPr>
      <w:r>
        <w:rPr>
          <w:b/>
        </w:rPr>
        <w:t xml:space="preserve">Manuscript title and ID  </w:t>
      </w:r>
      <w:sdt>
        <w:sdtPr>
          <w:alias w:val="change title"/>
          <w:tag w:val="change_title"/>
          <w:id w:val="101"/>
          <w:text w:multiLine="1"/>
        </w:sdtPr>
        <w:sdtContent>
          <w:r>
            <w:rPr>
              <w:color w:val="606060"/>
            </w:rPr>
            <w:t>[Title and OJS ID; DOI if already published]</w:t>
          </w:r>
        </w:sdtContent>
      </w:sdt>
    </w:p>
    <w:p w14:paraId="098F1F3D" w14:textId="77777777" w:rsidR="009B51D2" w:rsidRDefault="00000000">
      <w:pPr>
        <w:pStyle w:val="Field"/>
      </w:pPr>
      <w:r>
        <w:rPr>
          <w:b/>
        </w:rPr>
        <w:t xml:space="preserve">Corresponding author and email  </w:t>
      </w:r>
      <w:sdt>
        <w:sdtPr>
          <w:alias w:val="change contact"/>
          <w:tag w:val="change_contact"/>
          <w:id w:val="102"/>
          <w:text w:multiLine="1"/>
        </w:sdtPr>
        <w:sdtContent>
          <w:r>
            <w:rPr>
              <w:color w:val="606060"/>
            </w:rPr>
            <w:t>[Current corresponding author; email]</w:t>
          </w:r>
        </w:sdtContent>
      </w:sdt>
    </w:p>
    <w:p w14:paraId="52AE1D69" w14:textId="77777777" w:rsidR="009B51D2" w:rsidRDefault="00000000">
      <w:pPr>
        <w:pStyle w:val="Field"/>
      </w:pPr>
      <w:r>
        <w:rPr>
          <w:b/>
        </w:rPr>
        <w:t xml:space="preserve">Request date and stage  </w:t>
      </w:r>
      <w:sdt>
        <w:sdtPr>
          <w:alias w:val="change date"/>
          <w:tag w:val="change_date"/>
          <w:id w:val="103"/>
          <w:text w:multiLine="1"/>
        </w:sdtPr>
        <w:sdtContent>
          <w:r>
            <w:rPr>
              <w:color w:val="606060"/>
            </w:rPr>
            <w:t>[DD Month YYYY; under review / accepted / published]</w:t>
          </w:r>
        </w:sdtContent>
      </w:sdt>
    </w:p>
    <w:p w14:paraId="7CAB2318" w14:textId="77777777" w:rsidR="009B51D2" w:rsidRDefault="00000000">
      <w:pPr>
        <w:pStyle w:val="Balk1"/>
      </w:pPr>
      <w:r>
        <w:t>1 Requested change and reason</w:t>
      </w:r>
    </w:p>
    <w:p w14:paraId="4C6E3818" w14:textId="77777777" w:rsidR="009B51D2" w:rsidRDefault="00000000">
      <w:pPr>
        <w:pStyle w:val="Small"/>
      </w:pPr>
      <w:sdt>
        <w:sdtPr>
          <w:alias w:val="Add author"/>
          <w:tag w:val="change_add"/>
          <w:id w:val="1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Add author   </w:t>
      </w:r>
      <w:sdt>
        <w:sdtPr>
          <w:alias w:val="Remove author"/>
          <w:tag w:val="change_remove"/>
          <w:id w:val="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Remove author   </w:t>
      </w:r>
      <w:sdt>
        <w:sdtPr>
          <w:alias w:val="Change author order"/>
          <w:tag w:val="change_order"/>
          <w:id w:val="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Change author order   </w:t>
      </w:r>
    </w:p>
    <w:p w14:paraId="3B6ACB9B" w14:textId="77777777" w:rsidR="009B51D2" w:rsidRDefault="00000000">
      <w:pPr>
        <w:pStyle w:val="Small"/>
      </w:pPr>
      <w:sdt>
        <w:sdtPr>
          <w:alias w:val="Change corresponding author"/>
          <w:tag w:val="change_corr"/>
          <w:id w:val="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Change corresponding author   </w:t>
      </w:r>
      <w:sdt>
        <w:sdtPr>
          <w:alias w:val="Other authorship correction"/>
          <w:tag w:val="change_other"/>
          <w:id w:val="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Other authorship correction   </w:t>
      </w:r>
    </w:p>
    <w:p w14:paraId="0B11DFD0" w14:textId="77777777" w:rsidR="009B51D2" w:rsidRDefault="00000000">
      <w:pPr>
        <w:pStyle w:val="Field"/>
      </w:pPr>
      <w:r>
        <w:rPr>
          <w:b/>
        </w:rPr>
        <w:t xml:space="preserve">Explanation  </w:t>
      </w:r>
      <w:sdt>
        <w:sdtPr>
          <w:alias w:val="change reason"/>
          <w:tag w:val="change_reason"/>
          <w:id w:val="109"/>
          <w:text w:multiLine="1"/>
        </w:sdtPr>
        <w:sdtContent>
          <w:r>
            <w:rPr>
              <w:color w:val="606060"/>
            </w:rPr>
            <w:t>[Specific reason; how the issue arose; why the proposed change accurately reflects contributions]</w:t>
          </w:r>
        </w:sdtContent>
      </w:sdt>
    </w:p>
    <w:p w14:paraId="47C3F49F" w14:textId="77777777" w:rsidR="009B51D2" w:rsidRDefault="00000000">
      <w:pPr>
        <w:pStyle w:val="Field"/>
      </w:pPr>
      <w:r>
        <w:rPr>
          <w:b/>
        </w:rPr>
        <w:t xml:space="preserve">Affected persons  </w:t>
      </w:r>
      <w:sdt>
        <w:sdtPr>
          <w:alias w:val="change people"/>
          <w:tag w:val="change_people"/>
          <w:id w:val="110"/>
          <w:text w:multiLine="1"/>
        </w:sdtPr>
        <w:sdtContent>
          <w:r>
            <w:rPr>
              <w:color w:val="606060"/>
            </w:rPr>
            <w:t>[Names; relevant contributions; explanation for addition/removal, or other requested change]</w:t>
          </w:r>
        </w:sdtContent>
      </w:sdt>
    </w:p>
    <w:p w14:paraId="438C4B3B" w14:textId="77777777" w:rsidR="009B51D2" w:rsidRDefault="00000000">
      <w:pPr>
        <w:pStyle w:val="Balk1"/>
      </w:pPr>
      <w:r>
        <w:t>2 Author lists before and after the request</w:t>
      </w:r>
    </w:p>
    <w:p w14:paraId="782EFD9B" w14:textId="77777777" w:rsidR="009B51D2" w:rsidRDefault="00000000">
      <w:pPr>
        <w:pStyle w:val="Small"/>
      </w:pPr>
      <w:r>
        <w:t>List full names in byline order. Add rows for larger groups. Include a removed author in the current list and an added author in the proposed list.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"/>
        <w:gridCol w:w="3883"/>
        <w:gridCol w:w="3883"/>
      </w:tblGrid>
      <w:tr w:rsidR="009B51D2" w14:paraId="78E86186" w14:textId="77777777">
        <w:trPr>
          <w:cantSplit/>
          <w:tblHeader/>
          <w:jc w:val="center"/>
        </w:trPr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42815" w14:textId="77777777" w:rsidR="009B51D2" w:rsidRDefault="00000000">
            <w:pPr>
              <w:pStyle w:val="TableText"/>
              <w:spacing w:after="0"/>
              <w:jc w:val="center"/>
            </w:pPr>
            <w:r>
              <w:rPr>
                <w:b/>
              </w:rPr>
              <w:t>Position</w:t>
            </w:r>
          </w:p>
        </w:tc>
        <w:tc>
          <w:tcPr>
            <w:tcW w:w="38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28260" w14:textId="77777777" w:rsidR="009B51D2" w:rsidRDefault="00000000">
            <w:pPr>
              <w:pStyle w:val="TableText"/>
              <w:spacing w:after="0"/>
            </w:pPr>
            <w:r>
              <w:rPr>
                <w:b/>
              </w:rPr>
              <w:t>Current author list</w:t>
            </w:r>
          </w:p>
        </w:tc>
        <w:tc>
          <w:tcPr>
            <w:tcW w:w="38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90610F" w14:textId="77777777" w:rsidR="009B51D2" w:rsidRDefault="00000000">
            <w:pPr>
              <w:pStyle w:val="TableText"/>
              <w:spacing w:after="0"/>
            </w:pPr>
            <w:r>
              <w:rPr>
                <w:b/>
              </w:rPr>
              <w:t>Proposed author list</w:t>
            </w:r>
          </w:p>
        </w:tc>
      </w:tr>
      <w:tr w:rsidR="009B51D2" w14:paraId="02CB728F" w14:textId="77777777">
        <w:trPr>
          <w:cantSplit/>
          <w:trHeight w:val="442"/>
          <w:jc w:val="center"/>
        </w:trPr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2533C" w14:textId="77777777" w:rsidR="009B51D2" w:rsidRDefault="00000000">
            <w:pPr>
              <w:pStyle w:val="TableText"/>
              <w:spacing w:after="0"/>
              <w:jc w:val="center"/>
            </w:pPr>
            <w:r>
              <w:t>1</w:t>
            </w:r>
          </w:p>
        </w:tc>
        <w:tc>
          <w:tcPr>
            <w:tcW w:w="38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FDA85" w14:textId="77777777" w:rsidR="009B51D2" w:rsidRDefault="00000000">
            <w:pPr>
              <w:pStyle w:val="TableText"/>
              <w:spacing w:after="0"/>
            </w:pPr>
            <w:sdt>
              <w:sdtPr>
                <w:alias w:val="current 1"/>
                <w:tag w:val="current_1"/>
                <w:id w:val="111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[Full name / N/A]</w:t>
                </w:r>
              </w:sdtContent>
            </w:sdt>
          </w:p>
        </w:tc>
        <w:tc>
          <w:tcPr>
            <w:tcW w:w="38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1F0339" w14:textId="77777777" w:rsidR="009B51D2" w:rsidRDefault="00000000">
            <w:pPr>
              <w:pStyle w:val="TableText"/>
              <w:spacing w:after="0"/>
            </w:pPr>
            <w:sdt>
              <w:sdtPr>
                <w:alias w:val="proposed 1"/>
                <w:tag w:val="proposed_1"/>
                <w:id w:val="112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[Full name / N/A]</w:t>
                </w:r>
              </w:sdtContent>
            </w:sdt>
          </w:p>
        </w:tc>
      </w:tr>
      <w:tr w:rsidR="009B51D2" w14:paraId="06B70417" w14:textId="77777777">
        <w:trPr>
          <w:cantSplit/>
          <w:trHeight w:val="442"/>
          <w:jc w:val="center"/>
        </w:trPr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68B0D" w14:textId="77777777" w:rsidR="009B51D2" w:rsidRDefault="00000000">
            <w:pPr>
              <w:pStyle w:val="TableText"/>
              <w:spacing w:after="0"/>
              <w:jc w:val="center"/>
            </w:pPr>
            <w:r>
              <w:t>2</w:t>
            </w:r>
          </w:p>
        </w:tc>
        <w:tc>
          <w:tcPr>
            <w:tcW w:w="38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146EA" w14:textId="77777777" w:rsidR="009B51D2" w:rsidRDefault="00000000">
            <w:pPr>
              <w:pStyle w:val="TableText"/>
              <w:spacing w:after="0"/>
            </w:pPr>
            <w:sdt>
              <w:sdtPr>
                <w:alias w:val="current 2"/>
                <w:tag w:val="current_2"/>
                <w:id w:val="113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[Full name / N/A]</w:t>
                </w:r>
              </w:sdtContent>
            </w:sdt>
          </w:p>
        </w:tc>
        <w:tc>
          <w:tcPr>
            <w:tcW w:w="38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A8402" w14:textId="77777777" w:rsidR="009B51D2" w:rsidRDefault="00000000">
            <w:pPr>
              <w:pStyle w:val="TableText"/>
              <w:spacing w:after="0"/>
            </w:pPr>
            <w:sdt>
              <w:sdtPr>
                <w:alias w:val="proposed 2"/>
                <w:tag w:val="proposed_2"/>
                <w:id w:val="114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[Full name / N/A]</w:t>
                </w:r>
              </w:sdtContent>
            </w:sdt>
          </w:p>
        </w:tc>
      </w:tr>
      <w:tr w:rsidR="009B51D2" w14:paraId="35A4F361" w14:textId="77777777">
        <w:trPr>
          <w:cantSplit/>
          <w:trHeight w:val="442"/>
          <w:jc w:val="center"/>
        </w:trPr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4A525" w14:textId="77777777" w:rsidR="009B51D2" w:rsidRDefault="00000000">
            <w:pPr>
              <w:pStyle w:val="TableText"/>
              <w:spacing w:after="0"/>
              <w:jc w:val="center"/>
            </w:pPr>
            <w:r>
              <w:t>3</w:t>
            </w:r>
          </w:p>
        </w:tc>
        <w:tc>
          <w:tcPr>
            <w:tcW w:w="38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05E86" w14:textId="77777777" w:rsidR="009B51D2" w:rsidRDefault="00000000">
            <w:pPr>
              <w:pStyle w:val="TableText"/>
              <w:spacing w:after="0"/>
            </w:pPr>
            <w:sdt>
              <w:sdtPr>
                <w:alias w:val="current 3"/>
                <w:tag w:val="current_3"/>
                <w:id w:val="115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[Full name / N/A]</w:t>
                </w:r>
              </w:sdtContent>
            </w:sdt>
          </w:p>
        </w:tc>
        <w:tc>
          <w:tcPr>
            <w:tcW w:w="38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70B9A" w14:textId="77777777" w:rsidR="009B51D2" w:rsidRDefault="00000000">
            <w:pPr>
              <w:pStyle w:val="TableText"/>
              <w:spacing w:after="0"/>
            </w:pPr>
            <w:sdt>
              <w:sdtPr>
                <w:alias w:val="proposed 3"/>
                <w:tag w:val="proposed_3"/>
                <w:id w:val="116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[Full name / N/A]</w:t>
                </w:r>
              </w:sdtContent>
            </w:sdt>
          </w:p>
        </w:tc>
      </w:tr>
      <w:tr w:rsidR="009B51D2" w14:paraId="64288644" w14:textId="77777777">
        <w:trPr>
          <w:cantSplit/>
          <w:trHeight w:val="442"/>
          <w:jc w:val="center"/>
        </w:trPr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9A150" w14:textId="77777777" w:rsidR="009B51D2" w:rsidRDefault="00000000">
            <w:pPr>
              <w:pStyle w:val="TableText"/>
              <w:spacing w:after="0"/>
              <w:jc w:val="center"/>
            </w:pPr>
            <w:r>
              <w:t>4</w:t>
            </w:r>
          </w:p>
        </w:tc>
        <w:tc>
          <w:tcPr>
            <w:tcW w:w="38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E4212" w14:textId="77777777" w:rsidR="009B51D2" w:rsidRDefault="00000000">
            <w:pPr>
              <w:pStyle w:val="TableText"/>
              <w:spacing w:after="0"/>
            </w:pPr>
            <w:sdt>
              <w:sdtPr>
                <w:alias w:val="current 4"/>
                <w:tag w:val="current_4"/>
                <w:id w:val="117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[Full name / N/A]</w:t>
                </w:r>
              </w:sdtContent>
            </w:sdt>
          </w:p>
        </w:tc>
        <w:tc>
          <w:tcPr>
            <w:tcW w:w="38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9755E" w14:textId="77777777" w:rsidR="009B51D2" w:rsidRDefault="00000000">
            <w:pPr>
              <w:pStyle w:val="TableText"/>
              <w:spacing w:after="0"/>
            </w:pPr>
            <w:sdt>
              <w:sdtPr>
                <w:alias w:val="proposed 4"/>
                <w:tag w:val="proposed_4"/>
                <w:id w:val="118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[Full name / N/A]</w:t>
                </w:r>
              </w:sdtContent>
            </w:sdt>
          </w:p>
        </w:tc>
      </w:tr>
      <w:tr w:rsidR="009B51D2" w14:paraId="5EA9AC3F" w14:textId="77777777">
        <w:trPr>
          <w:cantSplit/>
          <w:trHeight w:val="442"/>
          <w:jc w:val="center"/>
        </w:trPr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3C6EF" w14:textId="77777777" w:rsidR="009B51D2" w:rsidRDefault="00000000">
            <w:pPr>
              <w:pStyle w:val="TableText"/>
              <w:spacing w:after="0"/>
              <w:jc w:val="center"/>
            </w:pPr>
            <w:r>
              <w:t>5</w:t>
            </w:r>
          </w:p>
        </w:tc>
        <w:tc>
          <w:tcPr>
            <w:tcW w:w="38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E36556" w14:textId="77777777" w:rsidR="009B51D2" w:rsidRDefault="00000000">
            <w:pPr>
              <w:pStyle w:val="TableText"/>
              <w:spacing w:after="0"/>
            </w:pPr>
            <w:sdt>
              <w:sdtPr>
                <w:alias w:val="current 5"/>
                <w:tag w:val="current_5"/>
                <w:id w:val="119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[Full name / N/A]</w:t>
                </w:r>
              </w:sdtContent>
            </w:sdt>
          </w:p>
        </w:tc>
        <w:tc>
          <w:tcPr>
            <w:tcW w:w="38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37C04" w14:textId="77777777" w:rsidR="009B51D2" w:rsidRDefault="00000000">
            <w:pPr>
              <w:pStyle w:val="TableText"/>
              <w:spacing w:after="0"/>
            </w:pPr>
            <w:sdt>
              <w:sdtPr>
                <w:alias w:val="proposed 5"/>
                <w:tag w:val="proposed_5"/>
                <w:id w:val="120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[Full name / N/A]</w:t>
                </w:r>
              </w:sdtContent>
            </w:sdt>
          </w:p>
        </w:tc>
      </w:tr>
      <w:tr w:rsidR="009B51D2" w14:paraId="3E117D87" w14:textId="77777777">
        <w:trPr>
          <w:cantSplit/>
          <w:trHeight w:val="442"/>
          <w:jc w:val="center"/>
        </w:trPr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41E466" w14:textId="77777777" w:rsidR="009B51D2" w:rsidRDefault="00000000">
            <w:pPr>
              <w:pStyle w:val="TableText"/>
              <w:spacing w:after="0"/>
              <w:jc w:val="center"/>
            </w:pPr>
            <w:r>
              <w:t>6</w:t>
            </w:r>
          </w:p>
        </w:tc>
        <w:tc>
          <w:tcPr>
            <w:tcW w:w="38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3EC08" w14:textId="77777777" w:rsidR="009B51D2" w:rsidRDefault="00000000">
            <w:pPr>
              <w:pStyle w:val="TableText"/>
              <w:spacing w:after="0"/>
            </w:pPr>
            <w:sdt>
              <w:sdtPr>
                <w:alias w:val="current 6"/>
                <w:tag w:val="current_6"/>
                <w:id w:val="121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[Full name / N/A]</w:t>
                </w:r>
              </w:sdtContent>
            </w:sdt>
          </w:p>
        </w:tc>
        <w:tc>
          <w:tcPr>
            <w:tcW w:w="38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2B39E" w14:textId="77777777" w:rsidR="009B51D2" w:rsidRDefault="00000000">
            <w:pPr>
              <w:pStyle w:val="TableText"/>
              <w:spacing w:after="0"/>
            </w:pPr>
            <w:sdt>
              <w:sdtPr>
                <w:alias w:val="proposed 6"/>
                <w:tag w:val="proposed_6"/>
                <w:id w:val="122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[Full name / N/A]</w:t>
                </w:r>
              </w:sdtContent>
            </w:sdt>
          </w:p>
        </w:tc>
      </w:tr>
    </w:tbl>
    <w:p w14:paraId="400988AC" w14:textId="77777777" w:rsidR="009B51D2" w:rsidRDefault="00000000">
      <w:pPr>
        <w:pStyle w:val="Field"/>
      </w:pPr>
      <w:r>
        <w:rPr>
          <w:b/>
        </w:rPr>
        <w:t xml:space="preserve">Proposed corresponding author  </w:t>
      </w:r>
      <w:sdt>
        <w:sdtPr>
          <w:alias w:val="change newcorr"/>
          <w:tag w:val="change_newcorr"/>
          <w:id w:val="123"/>
          <w:text w:multiLine="1"/>
        </w:sdtPr>
        <w:sdtContent>
          <w:r>
            <w:rPr>
              <w:color w:val="606060"/>
            </w:rPr>
            <w:t>[Name and email; enter Unchanged if applicable]</w:t>
          </w:r>
        </w:sdtContent>
      </w:sdt>
    </w:p>
    <w:p w14:paraId="48CD0626" w14:textId="77777777" w:rsidR="009B51D2" w:rsidRDefault="00000000">
      <w:pPr>
        <w:pStyle w:val="Field"/>
      </w:pPr>
      <w:r>
        <w:rPr>
          <w:b/>
        </w:rPr>
        <w:t xml:space="preserve">Updated contribution record  </w:t>
      </w:r>
      <w:sdt>
        <w:sdtPr>
          <w:alias w:val="change credit"/>
          <w:tag w:val="change_credit"/>
          <w:id w:val="124"/>
          <w:text w:multiLine="1"/>
        </w:sdtPr>
        <w:sdtContent>
          <w:r>
            <w:rPr>
              <w:color w:val="606060"/>
            </w:rPr>
            <w:t>[Revised roles and supporting rationale; identify the attached revised author declaration]</w:t>
          </w:r>
        </w:sdtContent>
      </w:sdt>
    </w:p>
    <w:p w14:paraId="7C71CD92" w14:textId="77777777" w:rsidR="009B51D2" w:rsidRDefault="00000000">
      <w:pPr>
        <w:pStyle w:val="Small"/>
      </w:pPr>
      <w:r>
        <w:t>For an added author, provide the full affiliation, ORCID if available, disclosures and signed author declaration. For a removed author, obtain that person’s express agreement to the change. A disagreement must be disclosed rather than described as unanimous.</w:t>
      </w:r>
    </w:p>
    <w:p w14:paraId="34E85E37" w14:textId="77777777" w:rsidR="009B51D2" w:rsidRDefault="00000000">
      <w:r>
        <w:br w:type="page"/>
      </w:r>
    </w:p>
    <w:p w14:paraId="51732757" w14:textId="77777777" w:rsidR="009B51D2" w:rsidRDefault="00000000">
      <w:pPr>
        <w:pStyle w:val="Balk1"/>
      </w:pPr>
      <w:r>
        <w:lastRenderedPageBreak/>
        <w:t>3 Agreement of all affected contributors</w:t>
      </w:r>
    </w:p>
    <w:p w14:paraId="49B919C2" w14:textId="77777777" w:rsidR="009B51D2" w:rsidRDefault="00000000">
      <w:pPr>
        <w:pStyle w:val="Small"/>
      </w:pPr>
      <w:r>
        <w:t>Each current author, every proposed added author and every author proposed for removal must personally confirm the request by signing below or providing a verifiable statement attached to this same completed request. Their agreement covers the explanation, proposed order and revised contribution record.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78"/>
        <w:gridCol w:w="1928"/>
        <w:gridCol w:w="2665"/>
        <w:gridCol w:w="1417"/>
      </w:tblGrid>
      <w:tr w:rsidR="009B51D2" w14:paraId="7C17836A" w14:textId="77777777">
        <w:trPr>
          <w:cantSplit/>
          <w:tblHeader/>
          <w:jc w:val="center"/>
        </w:trPr>
        <w:tc>
          <w:tcPr>
            <w:tcW w:w="27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E098E" w14:textId="77777777" w:rsidR="009B51D2" w:rsidRDefault="00000000">
            <w:pPr>
              <w:pStyle w:val="TableText"/>
              <w:spacing w:after="0"/>
              <w:jc w:val="center"/>
            </w:pPr>
            <w:r>
              <w:rPr>
                <w:b/>
              </w:rPr>
              <w:t>Full name</w:t>
            </w:r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183DF" w14:textId="77777777" w:rsidR="009B51D2" w:rsidRDefault="00000000">
            <w:pPr>
              <w:pStyle w:val="TableText"/>
              <w:spacing w:after="0"/>
            </w:pPr>
            <w:r>
              <w:rPr>
                <w:b/>
              </w:rPr>
              <w:t>Current / added / removed</w:t>
            </w:r>
          </w:p>
        </w:tc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CE273" w14:textId="77777777" w:rsidR="009B51D2" w:rsidRDefault="00000000">
            <w:pPr>
              <w:pStyle w:val="TableText"/>
              <w:spacing w:after="0"/>
            </w:pPr>
            <w:r>
              <w:rPr>
                <w:b/>
              </w:rPr>
              <w:t>Signature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8007C" w14:textId="77777777" w:rsidR="009B51D2" w:rsidRDefault="00000000">
            <w:pPr>
              <w:pStyle w:val="TableText"/>
              <w:spacing w:after="0"/>
            </w:pPr>
            <w:r>
              <w:rPr>
                <w:b/>
              </w:rPr>
              <w:t>Date</w:t>
            </w:r>
          </w:p>
        </w:tc>
      </w:tr>
      <w:tr w:rsidR="009B51D2" w14:paraId="7339ED85" w14:textId="77777777">
        <w:trPr>
          <w:cantSplit/>
          <w:trHeight w:val="652"/>
          <w:jc w:val="center"/>
        </w:trPr>
        <w:tc>
          <w:tcPr>
            <w:tcW w:w="27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968B4" w14:textId="77777777" w:rsidR="009B51D2" w:rsidRDefault="00000000">
            <w:pPr>
              <w:pStyle w:val="TableText"/>
              <w:spacing w:after="0"/>
              <w:jc w:val="center"/>
            </w:pPr>
            <w:sdt>
              <w:sdtPr>
                <w:alias w:val="change name 1"/>
                <w:tag w:val="change_name_1"/>
                <w:id w:val="125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[Full name]</w:t>
                </w:r>
              </w:sdtContent>
            </w:sdt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28A25" w14:textId="77777777" w:rsidR="009B51D2" w:rsidRDefault="00000000">
            <w:pPr>
              <w:pStyle w:val="TableText"/>
              <w:spacing w:after="0"/>
            </w:pPr>
            <w:sdt>
              <w:sdtPr>
                <w:alias w:val="change status 1"/>
                <w:tag w:val="change_status_1"/>
                <w:id w:val="126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[Status]</w:t>
                </w:r>
              </w:sdtContent>
            </w:sdt>
          </w:p>
        </w:tc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A9598" w14:textId="77777777" w:rsidR="009B51D2" w:rsidRDefault="00000000">
            <w:pPr>
              <w:pStyle w:val="TableText"/>
              <w:spacing w:after="0"/>
            </w:pPr>
            <w:sdt>
              <w:sdtPr>
                <w:alias w:val="change sig 1"/>
                <w:tag w:val="change_sig_1"/>
                <w:id w:val="127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[Sign here]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9AE21" w14:textId="77777777" w:rsidR="009B51D2" w:rsidRDefault="00000000">
            <w:pPr>
              <w:pStyle w:val="TableText"/>
              <w:spacing w:after="0"/>
            </w:pPr>
            <w:sdt>
              <w:sdtPr>
                <w:alias w:val="change sigdate 1"/>
                <w:tag w:val="change_sigdate_1"/>
                <w:id w:val="128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[DD/MM/YYYY]</w:t>
                </w:r>
              </w:sdtContent>
            </w:sdt>
          </w:p>
        </w:tc>
      </w:tr>
      <w:tr w:rsidR="009B51D2" w14:paraId="148AD2D5" w14:textId="77777777">
        <w:trPr>
          <w:cantSplit/>
          <w:trHeight w:val="652"/>
          <w:jc w:val="center"/>
        </w:trPr>
        <w:tc>
          <w:tcPr>
            <w:tcW w:w="27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9F6BD" w14:textId="77777777" w:rsidR="009B51D2" w:rsidRDefault="00000000">
            <w:pPr>
              <w:pStyle w:val="TableText"/>
              <w:spacing w:after="0"/>
              <w:jc w:val="center"/>
            </w:pPr>
            <w:sdt>
              <w:sdtPr>
                <w:alias w:val="change name 2"/>
                <w:tag w:val="change_name_2"/>
                <w:id w:val="129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[Full name]</w:t>
                </w:r>
              </w:sdtContent>
            </w:sdt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B6808" w14:textId="77777777" w:rsidR="009B51D2" w:rsidRDefault="00000000">
            <w:pPr>
              <w:pStyle w:val="TableText"/>
              <w:spacing w:after="0"/>
            </w:pPr>
            <w:sdt>
              <w:sdtPr>
                <w:alias w:val="change status 2"/>
                <w:tag w:val="change_status_2"/>
                <w:id w:val="130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[Status]</w:t>
                </w:r>
              </w:sdtContent>
            </w:sdt>
          </w:p>
        </w:tc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2DDA9" w14:textId="77777777" w:rsidR="009B51D2" w:rsidRDefault="00000000">
            <w:pPr>
              <w:pStyle w:val="TableText"/>
              <w:spacing w:after="0"/>
            </w:pPr>
            <w:sdt>
              <w:sdtPr>
                <w:alias w:val="change sig 2"/>
                <w:tag w:val="change_sig_2"/>
                <w:id w:val="131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[Sign here]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E85AA" w14:textId="77777777" w:rsidR="009B51D2" w:rsidRDefault="00000000">
            <w:pPr>
              <w:pStyle w:val="TableText"/>
              <w:spacing w:after="0"/>
            </w:pPr>
            <w:sdt>
              <w:sdtPr>
                <w:alias w:val="change sigdate 2"/>
                <w:tag w:val="change_sigdate_2"/>
                <w:id w:val="132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[DD/MM/YYYY]</w:t>
                </w:r>
              </w:sdtContent>
            </w:sdt>
          </w:p>
        </w:tc>
      </w:tr>
      <w:tr w:rsidR="009B51D2" w14:paraId="6A0BF3EC" w14:textId="77777777">
        <w:trPr>
          <w:cantSplit/>
          <w:trHeight w:val="652"/>
          <w:jc w:val="center"/>
        </w:trPr>
        <w:tc>
          <w:tcPr>
            <w:tcW w:w="27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6E376" w14:textId="77777777" w:rsidR="009B51D2" w:rsidRDefault="00000000">
            <w:pPr>
              <w:pStyle w:val="TableText"/>
              <w:spacing w:after="0"/>
              <w:jc w:val="center"/>
            </w:pPr>
            <w:sdt>
              <w:sdtPr>
                <w:alias w:val="change name 3"/>
                <w:tag w:val="change_name_3"/>
                <w:id w:val="133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[Full name]</w:t>
                </w:r>
              </w:sdtContent>
            </w:sdt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0F48A" w14:textId="77777777" w:rsidR="009B51D2" w:rsidRDefault="00000000">
            <w:pPr>
              <w:pStyle w:val="TableText"/>
              <w:spacing w:after="0"/>
            </w:pPr>
            <w:sdt>
              <w:sdtPr>
                <w:alias w:val="change status 3"/>
                <w:tag w:val="change_status_3"/>
                <w:id w:val="134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[Status]</w:t>
                </w:r>
              </w:sdtContent>
            </w:sdt>
          </w:p>
        </w:tc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8247B2" w14:textId="77777777" w:rsidR="009B51D2" w:rsidRDefault="00000000">
            <w:pPr>
              <w:pStyle w:val="TableText"/>
              <w:spacing w:after="0"/>
            </w:pPr>
            <w:sdt>
              <w:sdtPr>
                <w:alias w:val="change sig 3"/>
                <w:tag w:val="change_sig_3"/>
                <w:id w:val="135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[Sign here]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55147" w14:textId="77777777" w:rsidR="009B51D2" w:rsidRDefault="00000000">
            <w:pPr>
              <w:pStyle w:val="TableText"/>
              <w:spacing w:after="0"/>
            </w:pPr>
            <w:sdt>
              <w:sdtPr>
                <w:alias w:val="change sigdate 3"/>
                <w:tag w:val="change_sigdate_3"/>
                <w:id w:val="136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[DD/MM/YYYY]</w:t>
                </w:r>
              </w:sdtContent>
            </w:sdt>
          </w:p>
        </w:tc>
      </w:tr>
      <w:tr w:rsidR="009B51D2" w14:paraId="78578D60" w14:textId="77777777">
        <w:trPr>
          <w:cantSplit/>
          <w:trHeight w:val="652"/>
          <w:jc w:val="center"/>
        </w:trPr>
        <w:tc>
          <w:tcPr>
            <w:tcW w:w="27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998A7C" w14:textId="77777777" w:rsidR="009B51D2" w:rsidRDefault="00000000">
            <w:pPr>
              <w:pStyle w:val="TableText"/>
              <w:spacing w:after="0"/>
              <w:jc w:val="center"/>
            </w:pPr>
            <w:sdt>
              <w:sdtPr>
                <w:alias w:val="change name 4"/>
                <w:tag w:val="change_name_4"/>
                <w:id w:val="137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[Full name]</w:t>
                </w:r>
              </w:sdtContent>
            </w:sdt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2AA84" w14:textId="77777777" w:rsidR="009B51D2" w:rsidRDefault="00000000">
            <w:pPr>
              <w:pStyle w:val="TableText"/>
              <w:spacing w:after="0"/>
            </w:pPr>
            <w:sdt>
              <w:sdtPr>
                <w:alias w:val="change status 4"/>
                <w:tag w:val="change_status_4"/>
                <w:id w:val="138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[Status]</w:t>
                </w:r>
              </w:sdtContent>
            </w:sdt>
          </w:p>
        </w:tc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439E8" w14:textId="77777777" w:rsidR="009B51D2" w:rsidRDefault="00000000">
            <w:pPr>
              <w:pStyle w:val="TableText"/>
              <w:spacing w:after="0"/>
            </w:pPr>
            <w:sdt>
              <w:sdtPr>
                <w:alias w:val="change sig 4"/>
                <w:tag w:val="change_sig_4"/>
                <w:id w:val="139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[Sign here]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E5CB7" w14:textId="77777777" w:rsidR="009B51D2" w:rsidRDefault="00000000">
            <w:pPr>
              <w:pStyle w:val="TableText"/>
              <w:spacing w:after="0"/>
            </w:pPr>
            <w:sdt>
              <w:sdtPr>
                <w:alias w:val="change sigdate 4"/>
                <w:tag w:val="change_sigdate_4"/>
                <w:id w:val="140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[DD/MM/YYYY]</w:t>
                </w:r>
              </w:sdtContent>
            </w:sdt>
          </w:p>
        </w:tc>
      </w:tr>
      <w:tr w:rsidR="009B51D2" w14:paraId="4999BA3F" w14:textId="77777777">
        <w:trPr>
          <w:cantSplit/>
          <w:trHeight w:val="652"/>
          <w:jc w:val="center"/>
        </w:trPr>
        <w:tc>
          <w:tcPr>
            <w:tcW w:w="27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7A538" w14:textId="77777777" w:rsidR="009B51D2" w:rsidRDefault="00000000">
            <w:pPr>
              <w:pStyle w:val="TableText"/>
              <w:spacing w:after="0"/>
              <w:jc w:val="center"/>
            </w:pPr>
            <w:sdt>
              <w:sdtPr>
                <w:alias w:val="change name 5"/>
                <w:tag w:val="change_name_5"/>
                <w:id w:val="141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[Full name]</w:t>
                </w:r>
              </w:sdtContent>
            </w:sdt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A2D3C" w14:textId="77777777" w:rsidR="009B51D2" w:rsidRDefault="00000000">
            <w:pPr>
              <w:pStyle w:val="TableText"/>
              <w:spacing w:after="0"/>
            </w:pPr>
            <w:sdt>
              <w:sdtPr>
                <w:alias w:val="change status 5"/>
                <w:tag w:val="change_status_5"/>
                <w:id w:val="142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[Status]</w:t>
                </w:r>
              </w:sdtContent>
            </w:sdt>
          </w:p>
        </w:tc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6331C" w14:textId="77777777" w:rsidR="009B51D2" w:rsidRDefault="00000000">
            <w:pPr>
              <w:pStyle w:val="TableText"/>
              <w:spacing w:after="0"/>
            </w:pPr>
            <w:sdt>
              <w:sdtPr>
                <w:alias w:val="change sig 5"/>
                <w:tag w:val="change_sig_5"/>
                <w:id w:val="143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[Sign here]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38A9E" w14:textId="77777777" w:rsidR="009B51D2" w:rsidRDefault="00000000">
            <w:pPr>
              <w:pStyle w:val="TableText"/>
              <w:spacing w:after="0"/>
            </w:pPr>
            <w:sdt>
              <w:sdtPr>
                <w:alias w:val="change sigdate 5"/>
                <w:tag w:val="change_sigdate_5"/>
                <w:id w:val="144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[DD/MM/YYYY]</w:t>
                </w:r>
              </w:sdtContent>
            </w:sdt>
          </w:p>
        </w:tc>
      </w:tr>
      <w:tr w:rsidR="009B51D2" w14:paraId="1D4B70FB" w14:textId="77777777">
        <w:trPr>
          <w:cantSplit/>
          <w:trHeight w:val="652"/>
          <w:jc w:val="center"/>
        </w:trPr>
        <w:tc>
          <w:tcPr>
            <w:tcW w:w="27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ADDA0" w14:textId="77777777" w:rsidR="009B51D2" w:rsidRDefault="00000000">
            <w:pPr>
              <w:pStyle w:val="TableText"/>
              <w:spacing w:after="0"/>
              <w:jc w:val="center"/>
            </w:pPr>
            <w:sdt>
              <w:sdtPr>
                <w:alias w:val="change name 6"/>
                <w:tag w:val="change_name_6"/>
                <w:id w:val="145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[Full name]</w:t>
                </w:r>
              </w:sdtContent>
            </w:sdt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51BB1" w14:textId="77777777" w:rsidR="009B51D2" w:rsidRDefault="00000000">
            <w:pPr>
              <w:pStyle w:val="TableText"/>
              <w:spacing w:after="0"/>
            </w:pPr>
            <w:sdt>
              <w:sdtPr>
                <w:alias w:val="change status 6"/>
                <w:tag w:val="change_status_6"/>
                <w:id w:val="146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[Status]</w:t>
                </w:r>
              </w:sdtContent>
            </w:sdt>
          </w:p>
        </w:tc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42399" w14:textId="77777777" w:rsidR="009B51D2" w:rsidRDefault="00000000">
            <w:pPr>
              <w:pStyle w:val="TableText"/>
              <w:spacing w:after="0"/>
            </w:pPr>
            <w:sdt>
              <w:sdtPr>
                <w:alias w:val="change sig 6"/>
                <w:tag w:val="change_sig_6"/>
                <w:id w:val="147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[Sign here]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69DAA" w14:textId="77777777" w:rsidR="009B51D2" w:rsidRDefault="00000000">
            <w:pPr>
              <w:pStyle w:val="TableText"/>
              <w:spacing w:after="0"/>
            </w:pPr>
            <w:sdt>
              <w:sdtPr>
                <w:alias w:val="change sigdate 6"/>
                <w:tag w:val="change_sigdate_6"/>
                <w:id w:val="148"/>
                <w:text w:multiLine="1"/>
              </w:sdtPr>
              <w:sdtContent>
                <w:r>
                  <w:rPr>
                    <w:color w:val="606060"/>
                    <w:sz w:val="20"/>
                  </w:rPr>
                  <w:t>[DD/MM/YYYY]</w:t>
                </w:r>
              </w:sdtContent>
            </w:sdt>
          </w:p>
        </w:tc>
      </w:tr>
    </w:tbl>
    <w:p w14:paraId="723A0826" w14:textId="77777777" w:rsidR="009B51D2" w:rsidRDefault="00000000">
      <w:pPr>
        <w:pStyle w:val="Field"/>
      </w:pPr>
      <w:r>
        <w:rPr>
          <w:b/>
        </w:rPr>
        <w:t xml:space="preserve">Disagreement or unavailable approval  </w:t>
      </w:r>
      <w:sdt>
        <w:sdtPr>
          <w:alias w:val="change disagreement"/>
          <w:tag w:val="change_disagreement"/>
          <w:id w:val="149"/>
          <w:text w:multiLine="1"/>
        </w:sdtPr>
        <w:sdtContent>
          <w:r>
            <w:rPr>
              <w:color w:val="606060"/>
            </w:rPr>
            <w:t>[Name and issue; correspondence reference; enter None only if all required approvals are present]</w:t>
          </w:r>
        </w:sdtContent>
      </w:sdt>
    </w:p>
    <w:p w14:paraId="37579822" w14:textId="77777777" w:rsidR="009B51D2" w:rsidRDefault="00000000">
      <w:pPr>
        <w:pStyle w:val="Field"/>
      </w:pPr>
      <w:r>
        <w:rPr>
          <w:b/>
        </w:rPr>
        <w:t xml:space="preserve">Supporting documents  </w:t>
      </w:r>
      <w:sdt>
        <w:sdtPr>
          <w:alias w:val="change support"/>
          <w:tag w:val="change_support"/>
          <w:id w:val="150"/>
          <w:text w:multiLine="1"/>
        </w:sdtPr>
        <w:sdtContent>
          <w:r>
            <w:rPr>
              <w:color w:val="606060"/>
            </w:rPr>
            <w:t>[Revised author declaration, contributor statements or institutional evidence; list all attachments]</w:t>
          </w:r>
        </w:sdtContent>
      </w:sdt>
    </w:p>
    <w:p w14:paraId="367433C8" w14:textId="77777777" w:rsidR="009B51D2" w:rsidRDefault="00000000">
      <w:pPr>
        <w:pStyle w:val="Balk1"/>
      </w:pPr>
      <w:r>
        <w:t>4 Editorial determination</w:t>
      </w:r>
    </w:p>
    <w:p w14:paraId="22F35AEC" w14:textId="77777777" w:rsidR="009B51D2" w:rsidRDefault="00000000">
      <w:pPr>
        <w:pStyle w:val="Small"/>
      </w:pPr>
      <w:sdt>
        <w:sdtPr>
          <w:alias w:val="Approved"/>
          <w:tag w:val="change_approved"/>
          <w:id w:val="1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Approved   </w:t>
      </w:r>
      <w:sdt>
        <w:sdtPr>
          <w:alias w:val="Clarification required"/>
          <w:tag w:val="change_clarify"/>
          <w:id w:val="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Clarification required   </w:t>
      </w:r>
      <w:sdt>
        <w:sdtPr>
          <w:alias w:val="Not approved"/>
          <w:tag w:val="change_declined"/>
          <w:id w:val="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Not approved   </w:t>
      </w:r>
    </w:p>
    <w:p w14:paraId="6CF3CC59" w14:textId="77777777" w:rsidR="009B51D2" w:rsidRDefault="00000000">
      <w:pPr>
        <w:pStyle w:val="Field"/>
      </w:pPr>
      <w:r>
        <w:rPr>
          <w:b/>
        </w:rPr>
        <w:t xml:space="preserve">Editor and date  </w:t>
      </w:r>
      <w:sdt>
        <w:sdtPr>
          <w:alias w:val="change editor"/>
          <w:tag w:val="change_editor"/>
          <w:id w:val="154"/>
          <w:text w:multiLine="1"/>
        </w:sdtPr>
        <w:sdtContent>
          <w:r>
            <w:rPr>
              <w:color w:val="606060"/>
            </w:rPr>
            <w:t>[Independent editor; DD Month YYYY]</w:t>
          </w:r>
        </w:sdtContent>
      </w:sdt>
    </w:p>
    <w:p w14:paraId="5FF37082" w14:textId="77777777" w:rsidR="009B51D2" w:rsidRDefault="00000000">
      <w:pPr>
        <w:pStyle w:val="Field"/>
      </w:pPr>
      <w:r>
        <w:rPr>
          <w:b/>
        </w:rPr>
        <w:t xml:space="preserve">Decision and verification  </w:t>
      </w:r>
      <w:sdt>
        <w:sdtPr>
          <w:alias w:val="change decision"/>
          <w:tag w:val="change_decision"/>
          <w:id w:val="155"/>
          <w:text w:multiLine="1"/>
        </w:sdtPr>
        <w:sdtContent>
          <w:r>
            <w:rPr>
              <w:color w:val="606060"/>
            </w:rPr>
            <w:t>[Reason; consent/contribution checks; any institution referral or conditions]</w:t>
          </w:r>
        </w:sdtContent>
      </w:sdt>
    </w:p>
    <w:p w14:paraId="193026F0" w14:textId="77777777" w:rsidR="009B51D2" w:rsidRDefault="00000000">
      <w:pPr>
        <w:pStyle w:val="Field"/>
      </w:pPr>
      <w:r>
        <w:rPr>
          <w:b/>
        </w:rPr>
        <w:t xml:space="preserve">Record updates  </w:t>
      </w:r>
      <w:sdt>
        <w:sdtPr>
          <w:alias w:val="change records"/>
          <w:tag w:val="change_records"/>
          <w:id w:val="156"/>
          <w:text w:multiLine="1"/>
        </w:sdtPr>
        <w:sdtContent>
          <w:r>
            <w:rPr>
              <w:color w:val="606060"/>
            </w:rPr>
            <w:t>[OJS, manuscript and agreement updates; public correction record if required after publication]</w:t>
          </w:r>
        </w:sdtContent>
      </w:sdt>
    </w:p>
    <w:p w14:paraId="67527464" w14:textId="77777777" w:rsidR="009B51D2" w:rsidRDefault="00000000">
      <w:pPr>
        <w:pStyle w:val="Small"/>
      </w:pPr>
      <w:r>
        <w:t>Do not update the author list as an accomplished change before approval. The editor may pause processing while a dispute is resolved or seek institutional clarification. For a published article, approved changes require an appropriate linked correction rather than an undocumented replacement.</w:t>
      </w:r>
    </w:p>
    <w:p w14:paraId="61480ACD" w14:textId="77777777" w:rsidR="009B51D2" w:rsidRDefault="00000000">
      <w:pPr>
        <w:pStyle w:val="Small"/>
      </w:pPr>
      <w:r>
        <w:t>Use handwritten or verifiable electronic signatures. Add continuation rows when needed; every page must identify the manuscript and request date. Completing this form does not guarantee that the requested change will be accepted.</w:t>
      </w:r>
    </w:p>
    <w:sectPr w:rsidR="009B51D2" w:rsidSect="00034616">
      <w:headerReference w:type="default" r:id="rId8"/>
      <w:footerReference w:type="default" r:id="rId9"/>
      <w:pgSz w:w="11906" w:h="16838"/>
      <w:pgMar w:top="1644" w:right="1304" w:bottom="1247" w:left="1814" w:header="624" w:footer="5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E8C1D" w14:textId="77777777" w:rsidR="00400568" w:rsidRDefault="00400568">
      <w:pPr>
        <w:spacing w:after="0" w:line="240" w:lineRule="auto"/>
      </w:pPr>
      <w:r>
        <w:separator/>
      </w:r>
    </w:p>
  </w:endnote>
  <w:endnote w:type="continuationSeparator" w:id="0">
    <w:p w14:paraId="634237FB" w14:textId="77777777" w:rsidR="00400568" w:rsidRDefault="00400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E8FFC" w14:textId="77777777" w:rsidR="009B51D2" w:rsidRDefault="00000000">
    <w:pPr>
      <w:pStyle w:val="Micro"/>
      <w:tabs>
        <w:tab w:val="right" w:pos="8787"/>
      </w:tabs>
    </w:pPr>
    <w:r>
      <w:t>JSTA FORM 10  |  v1.0  |  21 October 2026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606A2" w14:textId="77777777" w:rsidR="00400568" w:rsidRDefault="00400568">
      <w:pPr>
        <w:spacing w:after="0" w:line="240" w:lineRule="auto"/>
      </w:pPr>
      <w:r>
        <w:separator/>
      </w:r>
    </w:p>
  </w:footnote>
  <w:footnote w:type="continuationSeparator" w:id="0">
    <w:p w14:paraId="0B8B9603" w14:textId="77777777" w:rsidR="00400568" w:rsidRDefault="00400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9DAD9" w14:textId="27406FA3" w:rsidR="009B51D2" w:rsidRDefault="00CA41DD">
    <w:pPr>
      <w:pStyle w:val="Micro"/>
      <w:spacing w:after="0"/>
    </w:pPr>
    <w:r>
      <w:rPr>
        <w:noProof/>
      </w:rPr>
      <w:drawing>
        <wp:inline distT="0" distB="0" distL="0" distR="0" wp14:anchorId="6E077B68" wp14:editId="2719CC1C">
          <wp:extent cx="5580380" cy="1012785"/>
          <wp:effectExtent l="0" t="0" r="1270" b="0"/>
          <wp:docPr id="85234973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2349731" name="Resim 8523497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92465" cy="10149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6016499">
    <w:abstractNumId w:val="8"/>
  </w:num>
  <w:num w:numId="2" w16cid:durableId="1430853579">
    <w:abstractNumId w:val="6"/>
  </w:num>
  <w:num w:numId="3" w16cid:durableId="1787774407">
    <w:abstractNumId w:val="5"/>
  </w:num>
  <w:num w:numId="4" w16cid:durableId="1468006922">
    <w:abstractNumId w:val="4"/>
  </w:num>
  <w:num w:numId="5" w16cid:durableId="323165744">
    <w:abstractNumId w:val="7"/>
  </w:num>
  <w:num w:numId="6" w16cid:durableId="746344094">
    <w:abstractNumId w:val="3"/>
  </w:num>
  <w:num w:numId="7" w16cid:durableId="239798122">
    <w:abstractNumId w:val="2"/>
  </w:num>
  <w:num w:numId="8" w16cid:durableId="1189104981">
    <w:abstractNumId w:val="1"/>
  </w:num>
  <w:num w:numId="9" w16cid:durableId="1352532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0568"/>
    <w:rsid w:val="009B51D2"/>
    <w:rsid w:val="00AA1D8D"/>
    <w:rsid w:val="00AC0359"/>
    <w:rsid w:val="00B47730"/>
    <w:rsid w:val="00CA41D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B6EA91"/>
  <w14:defaultImageDpi w14:val="300"/>
  <w15:docId w15:val="{0007A5BC-8243-4A12-8AAE-734014868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000000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220"/>
      <w:outlineLvl w:val="0"/>
    </w:pPr>
    <w:rPr>
      <w:rFonts w:cstheme="majorBidi"/>
      <w:b/>
      <w:bCs/>
      <w:sz w:val="2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20"/>
      <w:outlineLvl w:val="1"/>
    </w:pPr>
    <w:rPr>
      <w:rFonts w:cstheme="majorBidi"/>
      <w:b/>
      <w:bCs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keepNext/>
      <w:contextualSpacing/>
    </w:pPr>
    <w:rPr>
      <w:rFonts w:cstheme="majorBidi"/>
      <w:b/>
      <w:spacing w:val="5"/>
      <w:kern w:val="28"/>
      <w:sz w:val="36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basedOn w:val="Normal"/>
    <w:pPr>
      <w:spacing w:after="100" w:line="259" w:lineRule="auto"/>
    </w:pPr>
    <w:rPr>
      <w:sz w:val="18"/>
    </w:rPr>
  </w:style>
  <w:style w:type="paragraph" w:customStyle="1" w:styleId="Field">
    <w:name w:val="Field"/>
    <w:basedOn w:val="Normal"/>
    <w:pPr>
      <w:spacing w:after="100" w:line="259" w:lineRule="auto"/>
    </w:pPr>
    <w:rPr>
      <w:sz w:val="20"/>
    </w:rPr>
  </w:style>
  <w:style w:type="paragraph" w:customStyle="1" w:styleId="Micro">
    <w:name w:val="Micro"/>
    <w:basedOn w:val="Normal"/>
    <w:pPr>
      <w:spacing w:after="100" w:line="259" w:lineRule="auto"/>
    </w:pPr>
    <w:rPr>
      <w:sz w:val="16"/>
    </w:rPr>
  </w:style>
  <w:style w:type="paragraph" w:customStyle="1" w:styleId="TableText">
    <w:name w:val="Table Text"/>
    <w:basedOn w:val="Normal"/>
    <w:pPr>
      <w:spacing w:after="100" w:line="259" w:lineRule="auto"/>
    </w:pPr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JSTA Authorship Change Request</dc:title>
  <dc:subject/>
  <dc:creator/>
  <cp:keywords/>
  <dc:description/>
  <cp:lastModifiedBy>Huseyin GOKAL, ISU</cp:lastModifiedBy>
  <cp:revision>3</cp:revision>
  <dcterms:created xsi:type="dcterms:W3CDTF">2013-12-23T23:15:00Z</dcterms:created>
  <dcterms:modified xsi:type="dcterms:W3CDTF">2026-10-21T14:23:00Z</dcterms:modified>
  <cp:category/>
</cp:coreProperties>
</file>